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🌾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דף עבודה · 📘 יסודי ·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א׳ – קוראים 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ב׳ – מתרגלים ✏️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ג׳ – מדברים וכותבים 🗣️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א׳ – קוראים 📖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קִרְאוּ אֶת הַטֶּקְסְטִים. סַמְּנוּ מִילִים חֲדָשׁוֹת.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🌾 מָה זֶה חַג הַסִּגְד?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חַג הַסִּגְד הוּא חַג שֶׁל יְהוּדֵי אֶתְיוֹפְּיָה. הַקְּהִלָּה נִקְרֵאת גַּם "בֵּיתָא יִשְׂרָאֵל", כְּלוֹמַר בֵּית יִשְׂרָאֵל.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חוֹגְגִים אֶת הַחַג בְּכ״ט בְּחֶשְׁוָן, בַּסְּתָיו. הוּא חָל חֲמִשִּׁים יוֹם אַחֲרֵי יוֹם הַכִּפּוּרִים.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הַמִּלָּה "סִגְד" פֵּרוּשָׁהּ סְגִידָה וְהִשְׁתַּחֲוָיָה. בַּחַג מְחַדְּשִׁים אֶת הַבְּרִית עִם אֱלֹהִים וְעִם הַתּוֹרָה. לְפִי הַמָּסֹרֶת, גַּם עֶזְרָא וּנְחֶמְיָה חִדְּשׁוּ פַּעַם בְּרִית כָּזֹאת.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הַיּוֹם זֶהוּ חַג שֶׁל כָּל מְדִינַת יִשְׂרָאֵל. כֻּלָּנוּ מֻזְמָנִים לִלְמֹד, לְהַקְשִׁיב וְלִשְׂמֹחַ יַחַד!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⛰️ עַל הָהָר בְּאֶתְיוֹפְּיָה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בְּבֹקֶר הַחַג לָבְשׁוּ כֻּלָּם בְּגָדִים לְבָנִים וּנְקִיִּים. כָּל הַקְּהִלָּה עָלְתָה יַחַד לְהַר גָּבוֹהַּ. לְפִי הַמָּסֹרֶת, הָהָר מַזְכִּיר אֶת הַר סִינַי.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הַקֵּסִים, מַנְהִיגֵי הַקְּהִלָּה, הוֹבִילוּ אֶת הַתְּפִלָּה. הֵם קָרְאוּ מִן הָאוֹרִית, סֵפֶר הַתּוֹרָה בִּשְׂפַת גְּעֵז. אַחַר כָּךְ הֵם הִסְבִּירוּ אֶת הַדְּבָרִים בְּאַמְהָרִית.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עַד הַצָּהֳרַיִם כֻּלָּם צָמוּ, הִתְפַּלְּלוּ וְהִתְגַּעְגְּעוּ לִירוּשָׁלַיִם. בְּסוֹף הַתְּפִלָּה אָמְרוּ בְּתִקְוָה: "בַּשָּׁנָה הַבָּאָה בִּירוּשָׁלַיִם".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אַחֲרֵי הַצָּהֳרַיִם נִגְמַר הַצּוֹם. יָרְדוּ מִן הָהָר וְחָגְגוּ בַּאֲרוּחָה, בְּשִׁירִים וּבְרִקּוּדִים.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🕊️ סִגְד בִּירוּשָׁלַיִם הַיּוֹם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הַיּוֹם רֹב בְּנֵי הַקְּהִלָּה גָּרִים בְּיִשְׂרָאֵל. הַחֲלוֹם הַיָּשָׁן לְהַגִּיעַ לִירוּשָׁלַיִם הִתְגַּשֵּׁם לְרַבִּים.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בְּחַג הַסִּגְד רַבִּים מַגִּיעִים לְטַיֶּלֶת גְּבוֹהָה בִּירוּשָׁלַיִם. מִשָּׁם רוֹאִים אֶת הָעִיר כֻּלָּהּ. הַקֵּסִים לְבוּשִׁים לָבָן וּמַחְזִיקִים מִטְרִיּוֹת צִבְעוֹנִיּוֹת.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כֻּלָּם מִתְפַּלְּלִים יַחַד, וְאַחַר כָּךְ חוֹגְגִים בְּשִׂמְחָה. סִגְד הוּא חַג רִשְׁמִי שֶׁל מְדִינַת יִשְׂרָאֵל. גַּם בַּכִּתּוֹת שֶׁלָּנוּ לוֹמְדִים עָלָיו.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הַחַג מְלַמֵּד אוֹתָנוּ עַל זִכָּרוֹן, עַל תִּקְוָה וְעַל יַחַד.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ב׳ – מתרגלים ✏️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1. תמונה ומילה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כִּתְבוּ אֶת הַמִּלָּה הַנְּכוֹנָה לְיַד כָּל תְּמוּנָה.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מילים: הַר · אוֹרִית · בֶּגֶד לָבָן · תְּפִלָּה · רִקּוּד · מִטְרִיָּה · אֲרוּחָה · יְרוּשָׁלַיִם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⛰️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⛱️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🤍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💃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🏙️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🍽️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2.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מַחְסַן מִלִּים: חֶשְׁוָן · הַר · קֵסִים · גְּעֵז · צָמוּ · טַיֶּלֶת · לְבָנִים · חֲמִשִּׁים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חַג הַסִּגְד חָל בְּכ״ט בְּ__________.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הַחַג חָל __________ יוֹם אַחֲרֵי יוֹם הַכִּפּוּרִים.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כָּל הַקְּהִלָּה עָלְתָה יַחַד לְ__________ גָּבוֹהַּ.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הָאוֹרִית כְּתוּבָה בִּשְׂפַת __________.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הַ__________ הוֹבִילוּ אֶת הַתְּפִלָּה.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עַד הַצָּהֳרַיִם כֻּלָּם __________ וְהִתְפַּלְּלוּ.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7. בַּחַג לוֹבְשִׁים בְּגָדִים __________ וּנְקִיִּים.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8. הַיּוֹם חוֹגְגִים עַל __________ גְּבוֹהָה בִּירוּשָׁלַיִם.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3. הבנת הנקרא – הקיפו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שֶׁל אֵיזוֹ קְהִלָּה הוּא חַג הַסִּגְד?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יְהוּדֵי אֶתְיוֹפְּיָה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יְהוּדֵי תֵּימָן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יְהוּדֵי מָרוֹקוֹ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פֵּרוּשׁ הַמִּלָּה "סִגְד"?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שִׂמְחָה גְּדוֹלָה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סְגִידָה וְהִשְׁתַּחֲוָיָה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אֲרוּחַת חַג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מָה מַזְכִּיר הָהָר, לְפִי הַמָּסֹרֶת?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אֶת הַיָּם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אֶת הַבַּיִת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אֶת הַר סִינַי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מִי הוֹבִילוּ אֶת הַתְּפִלָּה עַל הָהָר?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הַקֵּסִים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הַיְּלָדִים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הַשְּׁכֵנִים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לָמָּה הִסְבִּירוּ הַקֵּסִים אֶת הַדְּבָרִים בְּאַמְהָרִית?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כִּי אַמְהָרִית הִיא שְׂפָה עַתִּיקָה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כִּי רַבִּים לֹא הֵבִינוּ גְּעֵז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כִּי כָּךְ קָל יוֹתֵר לָשִׁיר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מָה אָמְרוּ בְּסוֹף הַתְּפִלָּה?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"לַיְלָה טוֹב"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"שַׁבָּת שָׁלוֹם"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"בַּשָּׁנָה הַבָּאָה בִּירוּשָׁלַיִם"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7. מָה מַחְזִיקִים הַקֵּסִים בִּירוּשָׁלַיִם?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מִטְרִיּוֹת צִבְעוֹנִיּוֹת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פְּרָחִים צְהֻבִּים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דְּגָלִים קְטַנִּים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8. מָה הַחַג מְלַמֵּד אוֹתָנוּ?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רַק לִצְחֹק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זִכָּרוֹן, תִּקְוָה וְיַחַד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לָרוּץ מַהֵר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4. בונים משפט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סַדְּרוּ אֶת הַמִּלִּים וְכִתְבוּ מִשְׁפָּט.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חָל / הַסִּגְד / חַג / בְּחֶשְׁוָן / בְּכ״ט   (מָתַי חוֹגְגִים?)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עָלְתָה / לְהַר / יַחַד / הַקְּהִלָּה / גָּבוֹהַּ   (לְאָן עָלוּ?)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מִן / הַקֵּסִים / קָרְאוּ / הָאוֹרִית   (מָה עָשׂוּ הַקֵּסִים?)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לָבְשׁוּ / לְבָנִים / וּנְקִיִּים / כֻּלָּם / בְּגָדִים   (מָה לָבְשׁוּ?)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בַּשָּׁנָה / הַבָּאָה / בִּירוּשָׁלַיִם   (מִשְׁפַּט תִּקְוָה)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וּבְרִקּוּדִים / בְּשִׁירִים / הַצּוֹם / אַחֲרֵי / חָגְגוּ   (מָה קָרָה בְּסוֹף הַיּוֹם?)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5. דקדוק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יָחִיד וְרַבִּים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יָחִיד = אֶחָד. רַבִּים = הַרְבֵּה. לְמָשָׁל: קֵס – קֵסִים, מִטְרִיָּה – מִטְרִיּוֹת.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קֵס אֶחָד, שְׁלוֹשָׁה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קֵסִים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קֵסוֹת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קֵס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מִטְרִיָּה אַחַת,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מִטְרִיִּים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מִטְרִיּוֹת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מִטְרִיָּה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הַר אֶחָד, שְׁנֵי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הָרוֹת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הָרִים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תְּפִלָּה אַחַת,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תְּפִלּוֹת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תְּפִלִּים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תְּפִלָּה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שִׁיר אֶחָד,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שִׁירוֹת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שִׁירִים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שִׁירָה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רִקּוּד אֶחָד,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רִקּוּדוֹת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רִקּוּדָה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רִקּוּדִים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זָכָר וּנְקֵבָה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מִלָּה בְּזָכָר: הַר גָּבוֹהַּ. מִלָּה בִּנְקֵבָה: טַיֶּלֶת גְּבוֹהָה. הַתֹּאַר מַתְאִים לַמִּלָּה.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הַר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גָּבוֹהַּ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גְּבוֹהָה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גְּבוֹהוֹת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טַיֶּלֶת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גָּבוֹהַּ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גְּבוֹהָה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גְּבוֹהִים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מִטְרִיָּה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צִבְעוֹנִי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צִבְעוֹנִיִּים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צִבְעוֹנִית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בֶּגֶד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לָבָן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לְבָנָה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לְבָנוֹת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הַקְּהִלָּה ___ לָהָר.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עָלָה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עָלְתָה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עָלִינוּ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הַיַּלְדָּה ___ בַּחַג.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שָׂמֵחַ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שְׂמֵחִים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שְׂמֵחָה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עָבָר, הוֹוֶה וְעָתִיד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עָבָר = מָה שֶׁהָיָה (אֶתְמוֹל). הוֹוֶה = מָה שֶׁקּוֹרֶה עַכְשָׁיו. עָתִיד = מָה שֶׁיִּהְיֶה (מָחָר).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אֶתְמוֹל הַקְּהִלָּה ___ עַל הָהָר.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הִתְפַּלְּלָה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מִתְפַּלֶּלֶת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תִּתְפַּלֵּל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עַכְשָׁיו כֻּלָּם ___ יַחַד.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חָגְגוּ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חוֹגְגִים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יַחְגְּגוּ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מָחָר אֲנַחְנוּ ___ עַל הַחַג.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לָמַדְנוּ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לוֹמְדִים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נִלְמַד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בַּשָּׁנָה שֶׁעָבְרָה הֵם ___ לִירוּשָׁלַיִם.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הִגִּיעוּ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מַגִּיעִים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יַגִּיעוּ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בַּשָּׁנָה הַבָּאָה אֲנִי ___ בַּטַּיֶּלֶת.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הָיִיתִי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אֶהְיֶה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הוֹוֶה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הַיּוֹם הַקֵּס ___ מִן הָאוֹרִית.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קָרָא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יִקְרָא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קוֹרֵא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ג׳ – מדברים וכותבים 🗣️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💬 ביטויים מהחג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ביטוי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זה?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חַג סִגְד שָׂמֵחַ!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בְּרָכָה לְחַג הַסִּגְד – אוֹמְרִים לְחָבֵר אוֹ לְחָבֵרָה.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בַּשָּׁנָה הַבָּאָה בִּירוּשָׁלַיִם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מִשְׁפָּט שֶׁל תִּקְוָה וְגַעְגּוּעַ, נֶאֱמַר בַּתְּפִלָּה.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לְחַדֵּשׁ בְּרִית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לְהַבְטִיחַ שׁוּב לִשְׁמֹר עַל קֶשֶׁר וְעַל מִלָּה.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כִּיסוּפִים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גַּעְגּוּעִים חֲזָקִים מְאוֹד – כְּמוֹ לְבֵית וּלְמָקוֹם אָהוּב.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יַחַד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כֻּלָּם בְּיַחַד – כָּךְ חוֹגְגִים אֶת הַחַג.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קֵס / קֵסִים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מַנְהִיגֵי הַקְּהִלָּה בְּעִנְיְנֵי תְּפִלָּה וְתוֹרָה.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בִּגְדֵי חַג לְבָנִים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לָבָן הוּא סִימָן לְנִקָּיוֹן וּלְהִתְחַדְּשׁוּת.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✍️ הַחַג שֶׁלִּי – יוֹם שֶׁל יַחַד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כִּתְבוּ 4–6 מִשְׁפָּטִים עַל חַג אוֹ יוֹם מְיֻחָד שֶׁאַתֶּם אוֹהֲבִים, אוֹ עַל מָקוֹם שֶׁאַתֶּם מִתְגַּעְגְּעִים אֵלָיו. אֶפְשָׁר לִכְתֹּב עַל עַצְמְכֶם אוֹ עַל דְּמוּת דִּמְיוֹנִית. אֶפְשָׁר לְשַׁתֵּף – לֹא חוֹבָה.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פתיחות: הַחַג שֶׁאֲנִי הֲכִי אוֹהֵב / אוֹהֶבֶת הוּא… / בַּחַג הַזֶּה אֲנַחְנוּ… / אֲנִי מַרְגִּישׁ / מַרְגִּישָׁה שִׂמְחָה כְּשֶׁ… / אֲנִי מִתְגַּעְגֵּעַ / מִתְגַּעְגַּעַת לְ… / מִן חַג הַסִּגְד לָמַדְתִּי שֶׁ… / גַּם אֲנִי מְקַוֶּה שֶׁ…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מילים שיעזרו: חַג · שִׂמְחָה · יַחַד · מִשְׁפָּחָה · חֲבֵרִים · תְּפִלָּה · תִּקְוָה · גַּעְגּוּעַ · זִכָּרוֹן · אֲרוּחָה · שִׁירִים · בַּיִת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דָּבָר אֶחָד חָדָשׁ שֶׁלָּמַדְתִּי עַל חַג הַסִּגְד: …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מִלָּה אַחַת מִן הַחַג שֶׁאֲנִי רוֹצֶה לִזְכֹּר: …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מָקוֹם אוֹ דָּבָר שֶׁאֲנִי מִתְגַּעְגֵּעַ / מִתְגַּעְגַּעַת אֵלָיו (אֶפְשָׁר לְדַלֵּג): …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 🙂  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דף עבודה לתלמיד – 📘 יסודי ·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