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📋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A63C06"/>
          <w:sz w:val="48"/>
          <w:rtl/>
          <w:szCs w:val="48"/>
          <w:bCs/>
        </w:rPr>
        <w:t>🌾 הסיגד לכולם – מהדורה למורה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📘 יסודי · רגיל · תשובות, מערך שיעור והתאמות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🔑 מפתח תשובות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🗓️ מערך שיעור 45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🔧 התאמות: אולפן · כיתה · חנ״מ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🤍 שיתוף בטוח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🔍 לוודא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מהדורה למורה – 📘 יסודי · רגיל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תמונה</w:t>
            </w:r>
          </w:p>
        </w:tc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⛰️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הַר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אוֹרִית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⛱️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מִטְרִיָּה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🙏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תְּפִלָּה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🤍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בֶּגֶד לָבָן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💃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רִקּוּד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🏙️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יְרוּשָׁלַיִם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🍽️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אֲרוּחָה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השלמה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חַג הַסִּגְד חָל בְּכ״ט בְּ【חֶשְׁוָן】.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הַחַג חָל 【חֲמִשִּׁים】 יוֹם אַחֲרֵי יוֹם הַכִּפּוּרִים.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כָּל הַקְּהִלָּה עָלְתָה יַחַד לְ【הַר】 גָּבוֹהַּ.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הָאוֹרִית כְּתוּבָה בִּשְׂפַת 【גְּעֵז】.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הַ【קֵסִים】 הוֹבִילוּ אֶת הַתְּפִלָּה.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עַד הַצָּהֳרַיִם כֻּלָּם 【צָמוּ】 וְהִתְפַּלְּלוּ.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בַּחַג לוֹבְשִׁים בְּגָדִים 【לְבָנִים】 וּנְקִיִּים.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הַיּוֹם חוֹגְגִים עַל 【טַיֶּלֶת】 גְּבוֹהָה בִּירוּשָׁלַיִם.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הבנת הנקרא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 – יְהוּדֵי אֶתְיוֹפְּיָה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 – סְגִידָה וְהִשְׁתַּחֲוָיָה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 – אֶת הַר סִינַי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 – הַקֵּסִים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 – כִּי רַבִּים לֹא הֵבִינוּ גְּעֵז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ג – "בַּשָּׁנָה הַבָּאָה בִּירוּשָׁלַיִם"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א – מִטְרִיּוֹת צִבְעוֹנִיּוֹת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ב – זִכָּרוֹן, תִּקְוָה וְיַחַד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בונים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חַג הַסִּגְד חָל בְּכ״ט בְּחֶשְׁוָן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הַקְּהִלָּה עָלְתָה יַחַד לְהַר גָּבוֹהַּ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הַקֵּסִים קָרְאוּ מִן הָאוֹרִית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כֻּלָּם לָבְשׁוּ בְּגָדִים לְבָנִים וּנְקִיִּים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בַּשָּׁנָה הַבָּאָה בִּירוּשָׁלַיִם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אַחֲרֵי הַצּוֹם חָגְגוּ בְּשִׁירִים וּבְרִקּוּדִים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דקדוק – יָחִיד וְרַבִּים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 – קֵסִים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 – מִטְרִיּוֹת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 – הָרִים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 – תְּפִלּוֹת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 – שִׁירִים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ג – רִקּוּדִים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דקדוק – זָכָר וּנְקֵבָה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 – גָּבוֹהַּ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 – גְּבוֹהָה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 – צִבְעוֹנִית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 – לָבָן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 – עָלְתָה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ג – שְׂמֵחָה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דקדוק – עָבָר, הוֹוֶה וְעָתִיד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 – הִתְפַּלְּלָה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 – חוֹגְגִים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 – נִלְמַד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 – הִגִּיעוּ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 – אֶהְיֶה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ג – קוֹרֵא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חידון מהיר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מָתַי חָל חַג הַסִּגְד? – בְּכ״ט בְּחֶשְׁוָן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כַּמָּה יָמִים אַחֲרֵי יוֹם הַכִּפּוּרִים חָל הַחַג? – חֲמִשִּׁים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אֵיךְ נִקְרֵאת קְהִלַּת יְהוּדֵי אֶתְיוֹפְּיָה? – בֵּיתָא יִשְׂרָאֵל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בְּאֵיזוֹ שָׂפָה כְּתוּבָה הָאוֹרִית? – גְּעֵז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אֵיזֶה צֶבַע לוֹבְשִׁים בַּחַג? – לָבָן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מָה עוֹשִׂים עַד הַצָּהֳרַיִם? – צָמִים וּמִתְפַּלְּלִים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לְאָן הִתְגַּעְגְּעוּ בְּנֵי הַקְּהִלָּה? – לִירוּשָׁלַיִם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אֵיפֹה חוֹגְגִים הַיּוֹם בִּירוּשָׁלַיִם? – עַל טַיֶּלֶת גְּבוֹהָה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מִי הֵם הַקֵּסִים? – מַנְהִיגֵי הַקְּהִלָּה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מָה קוֹרֶה אַחֲרֵי הַצָּהֳרַיִם? – חוֹגְגִים בַּאֲרוּחָה וּבְרִקּוּדִים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מָה מַחְזִיקִים הַקֵּסִים בַּטַּיֶּלֶת? – מִטְרִיּוֹת צִבְעוֹנִיּוֹת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הַמִּלָּה "כִּיסוּפִים" פֵּרוּשָׁהּ: – גַּעְגּוּעִים חֲזָקִים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🗓️ מערך שיעור – 45 דקות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דק׳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עושים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פתיחה: מה רואים בתמונה?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מקרינים שקופית עם הר, בגדים לבנים ומטריות צבעוניות. שואלים: מה לדעתכם קורה כאן? אוספים ניחושים על הלוח.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קריאה משותפת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קוראים יחד את טקסט 1 ואת טקסט 2 בקול (אפשר להקראה מהאתר). עוצרים אחרי כל פסקה ושואלים שאלה קצרה.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התאמה והשלמה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התלמידים מתאימים תמונה למילה ומשלימים משפטים ממחסן המילים, בזוגות.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הבנת הנקרא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קוראים את טקסט 3 ועונים על שאלות הבחירה. בודקים יחד ומבקשים להצביע על המשפט בטקסט שמוכיח.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דקדוק קצר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בוחרים סעיף אחד מן הדקדוק (יחיד ורבים בכיתות הצעירות, עבר-הווה-עתיד בגדולות) ופותרים יחד.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חידון מהיר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משחקים בחידון בקבוצות עם הטיימר וארבעת הצבעים. מנצחת הקבוצה שמסבירה גם למה התשובה נכונה.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כרטיס יציאה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תלמיד ותלמידה כותבים כרטיס יציאה. השאלה על הגעגועים רשות בלבד.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💡 טיפים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לכיתות א׳–ג׳ השאירו את הניקוד והקריאה בקול; בד׳–ו׳ אפשר להסתיר ניקוד בכפתור שבאתר.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הציגו את המסורות בלשון 'לפי המסורת' ו'בני הקהילה מספרים', והזמינו תלמידים מהקהילה לספר רק אם הם רוצים.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חלקו את בניית המשפטים כמשחק זוגות: אחד מסדר, השני בודק ומקריא.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קשרו את הערכים של החג – זיכרון, תקווה, ביחד – לחיי הכיתה: מה אנחנו עושים יחד?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בכתיבה – תנו לבחור בין 'החג שלי' לבין דמות דמיונית, כדי שאיש לא ירגיש חובה לשתף.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🤍 שיתוף בטוח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אמרו בכל פעם במפורש: "אפשר לשתף – לא חובה", ואפשרו לכתוב במקום לדבר או לא לענות כלל.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שאלו על דברים נעימים (ריח, שיר, אוכל, מקום אהוב) ולא על הקשיים של הדרך או על הפרידה.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אל תניחו מבנה משפחה: שאלו "עם מי אתם אוהבים לחגוג?" ולא "מה ההורים שלכם עושים?".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אל תשוו בין קשיים או סיפורי עלייה של לומדים שונים; כל סיפור ראוי לכבוד.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 לכתוב על דמות מדומיינת או על "מישהו שאני מכיר" במקום על עצמכם.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אם עולה רגש חזק – הודו על השיתוף, עברו בעדינות למשימה אחרת, ושוחחו אחר כך ביחידות; במידת הצורך פנו לגורם המקצועי בבית הספר או באולפן.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🔍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תאריך הסיגד בשנת 2026: כ״ט בחשוון התשפ״ז – לפי חישוב 9.11.2026 (יום שני). לבדוק בלוח השנה.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שנת עיגון הסיגד כחג ממלכתי בחוק (2008) – לבדוק.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מקום ההתכנסות המרכזית בירושלים (טיילת ארמון הנציב) – לבדוק שלא השתנה השנה.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כל התרגומים (אנגלית, רוסית, אמהרית, ערבית, צרפתית) – לבדיקה של דוברי השפה, במיוחד אמהרית.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המונחים "קס/קסים" ו"אורית" באמהרית ובצרפתית – לאשר עם בני הקהילה את הכתיב המקובל.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הקשר למסורת עזרא ונחמיה והמנהג לשאת אבנים – להציג כמסורת ולוודא ניסוח עם בני הקהילה.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ניקוד המילים והמשפטים – לעבור פעם נוספת לפני הדפסה.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תרגומי המילון – לבדיקת דוברות ודוברי השפה.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הסיגד לכולם – מהדורה למורה – 📘 יסודי ·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